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2CFB8" w14:textId="1AEEA86F" w:rsidR="00A6527F" w:rsidRPr="00D06F0C" w:rsidRDefault="00D526BC">
      <w:pPr>
        <w:pStyle w:val="aa"/>
        <w:jc w:val="center"/>
        <w:rPr>
          <w:rFonts w:ascii="BIZ UDPゴシック" w:eastAsia="BIZ UDPゴシック" w:hAnsi="BIZ UDPゴシック"/>
          <w:sz w:val="22"/>
          <w:szCs w:val="22"/>
          <w:lang w:eastAsia="ja-JP"/>
        </w:rPr>
      </w:pPr>
      <w:bookmarkStart w:id="0" w:name="_GoBack"/>
      <w:bookmarkEnd w:id="0"/>
      <w:r w:rsidRPr="00D06F0C">
        <w:rPr>
          <w:rFonts w:ascii="BIZ UDPゴシック" w:eastAsia="BIZ UDPゴシック" w:hAnsi="BIZ UDPゴシック"/>
          <w:sz w:val="22"/>
          <w:szCs w:val="22"/>
          <w:lang w:eastAsia="ja-JP"/>
        </w:rPr>
        <w:t>福知山ちゃった</w:t>
      </w:r>
      <w:r w:rsidRPr="00D06F0C">
        <w:rPr>
          <w:rFonts w:ascii="BIZ UDPゴシック" w:eastAsia="BIZ UDPゴシック" w:hAnsi="BIZ UDPゴシック"/>
          <w:sz w:val="22"/>
          <w:szCs w:val="22"/>
          <w:lang w:eastAsia="ja-JP"/>
        </w:rPr>
        <w:t>EC</w:t>
      </w:r>
      <w:r w:rsidRPr="00D06F0C">
        <w:rPr>
          <w:rFonts w:ascii="BIZ UDPゴシック" w:eastAsia="BIZ UDPゴシック" w:hAnsi="BIZ UDPゴシック"/>
          <w:sz w:val="22"/>
          <w:szCs w:val="22"/>
          <w:lang w:eastAsia="ja-JP"/>
        </w:rPr>
        <w:t>サイト商品掲載依頼書</w:t>
      </w:r>
    </w:p>
    <w:p w14:paraId="17A7A3F5" w14:textId="7480C1C4" w:rsidR="00A6527F" w:rsidRPr="00D06F0C" w:rsidRDefault="00D526BC">
      <w:pPr>
        <w:jc w:val="center"/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b/>
          <w:color w:val="2F75B5"/>
          <w:sz w:val="22"/>
          <w:lang w:eastAsia="ja-JP"/>
        </w:rPr>
        <w:t>【福知山市</w:t>
      </w:r>
      <w:r w:rsidR="006E5D3F">
        <w:rPr>
          <w:rFonts w:ascii="BIZ UDPゴシック" w:eastAsia="BIZ UDPゴシック" w:hAnsi="BIZ UDPゴシック" w:hint="eastAsia"/>
          <w:b/>
          <w:color w:val="2F75B5"/>
          <w:sz w:val="22"/>
          <w:lang w:eastAsia="ja-JP"/>
        </w:rPr>
        <w:t>「旅するギフト</w:t>
      </w:r>
      <w:r w:rsidR="009F2B13">
        <w:rPr>
          <w:rFonts w:ascii="BIZ UDPゴシック" w:eastAsia="BIZ UDPゴシック" w:hAnsi="BIZ UDPゴシック" w:hint="eastAsia"/>
          <w:b/>
          <w:color w:val="2F75B5"/>
          <w:sz w:val="22"/>
          <w:lang w:eastAsia="ja-JP"/>
        </w:rPr>
        <w:t>直送便</w:t>
      </w:r>
      <w:r w:rsidR="006E5D3F">
        <w:rPr>
          <w:rFonts w:ascii="BIZ UDPゴシック" w:eastAsia="BIZ UDPゴシック" w:hAnsi="BIZ UDPゴシック" w:hint="eastAsia"/>
          <w:b/>
          <w:color w:val="2F75B5"/>
          <w:sz w:val="22"/>
          <w:lang w:eastAsia="ja-JP"/>
        </w:rPr>
        <w:t>」</w:t>
      </w:r>
      <w:r w:rsidR="009F2B13">
        <w:rPr>
          <w:rFonts w:ascii="BIZ UDPゴシック" w:eastAsia="BIZ UDPゴシック" w:hAnsi="BIZ UDPゴシック" w:hint="eastAsia"/>
          <w:b/>
          <w:color w:val="2F75B5"/>
          <w:sz w:val="22"/>
          <w:lang w:eastAsia="ja-JP"/>
        </w:rPr>
        <w:t>事業</w:t>
      </w:r>
      <w:r w:rsidR="0013139C">
        <w:rPr>
          <w:rFonts w:ascii="BIZ UDPゴシック" w:eastAsia="BIZ UDPゴシック" w:hAnsi="BIZ UDPゴシック" w:hint="eastAsia"/>
          <w:b/>
          <w:color w:val="2F75B5"/>
          <w:sz w:val="22"/>
          <w:lang w:eastAsia="ja-JP"/>
        </w:rPr>
        <w:t>の</w:t>
      </w:r>
      <w:r w:rsidRPr="00D06F0C">
        <w:rPr>
          <w:rFonts w:ascii="BIZ UDPゴシック" w:eastAsia="BIZ UDPゴシック" w:hAnsi="BIZ UDPゴシック"/>
          <w:b/>
          <w:color w:val="2F75B5"/>
          <w:sz w:val="22"/>
          <w:lang w:eastAsia="ja-JP"/>
        </w:rPr>
        <w:t>商品用】</w:t>
      </w:r>
    </w:p>
    <w:tbl>
      <w:tblPr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9977"/>
      </w:tblGrid>
      <w:tr w:rsidR="00A6527F" w:rsidRPr="00D06F0C" w14:paraId="4593B40B" w14:textId="77777777">
        <w:trPr>
          <w:cantSplit/>
          <w:jc w:val="center"/>
        </w:trPr>
        <w:tc>
          <w:tcPr>
            <w:tcW w:w="9977" w:type="dxa"/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7B9E37" w14:textId="3E236006" w:rsid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本書は、福知山市からご紹介いただ</w:t>
            </w:r>
            <w:r w:rsidR="00192C4C">
              <w:rPr>
                <w:rFonts w:ascii="BIZ UDPゴシック" w:eastAsia="BIZ UDPゴシック" w:hAnsi="BIZ UDPゴシック" w:hint="eastAsia"/>
                <w:color w:val="17365D"/>
                <w:sz w:val="22"/>
                <w:lang w:eastAsia="ja-JP"/>
              </w:rPr>
              <w:t>いた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商品の</w:t>
            </w:r>
            <w:r w:rsidR="00D06F0C">
              <w:rPr>
                <w:rFonts w:ascii="BIZ UDPゴシック" w:eastAsia="BIZ UDPゴシック" w:hAnsi="BIZ UDPゴシック" w:hint="eastAsia"/>
                <w:color w:val="17365D"/>
                <w:sz w:val="22"/>
                <w:lang w:eastAsia="ja-JP"/>
              </w:rPr>
              <w:t>、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商品情報・取引条件を確認するための様式です。</w:t>
            </w:r>
          </w:p>
          <w:p w14:paraId="1549A6E1" w14:textId="64A897E3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ご提出をもって掲載を確約するものではありません。</w:t>
            </w:r>
            <w:r w:rsidR="00016C7B">
              <w:rPr>
                <w:rFonts w:ascii="BIZ UDPゴシック" w:eastAsia="BIZ UDPゴシック" w:hAnsi="BIZ UDPゴシック" w:hint="eastAsia"/>
                <w:color w:val="17365D"/>
                <w:sz w:val="22"/>
                <w:lang w:eastAsia="ja-JP"/>
              </w:rPr>
              <w:t>最終的な掲載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・販売条件は、事業者</w:t>
            </w:r>
            <w:r w:rsidR="00016C7B">
              <w:rPr>
                <w:rFonts w:ascii="BIZ UDPゴシック" w:eastAsia="BIZ UDPゴシック" w:hAnsi="BIZ UDPゴシック" w:hint="eastAsia"/>
                <w:color w:val="17365D"/>
                <w:sz w:val="22"/>
                <w:lang w:eastAsia="ja-JP"/>
              </w:rPr>
              <w:t>様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と一般社団法人福知山地域振興社との</w:t>
            </w:r>
            <w:r w:rsidR="00016C7B">
              <w:rPr>
                <w:rFonts w:ascii="BIZ UDPゴシック" w:eastAsia="BIZ UDPゴシック" w:hAnsi="BIZ UDPゴシック" w:hint="eastAsia"/>
                <w:color w:val="17365D"/>
                <w:sz w:val="22"/>
                <w:lang w:eastAsia="ja-JP"/>
              </w:rPr>
              <w:t>合意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により決定します。</w:t>
            </w:r>
          </w:p>
        </w:tc>
      </w:tr>
    </w:tbl>
    <w:p w14:paraId="4E6EED93" w14:textId="77777777" w:rsidR="00A6527F" w:rsidRPr="00016C7B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2AA5F4D6" w14:textId="5EAA8754" w:rsidR="00A6527F" w:rsidRPr="00D06F0C" w:rsidRDefault="00D06F0C">
      <w:pPr>
        <w:pStyle w:val="1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t>１</w:t>
      </w:r>
      <w:r w:rsidRPr="00D06F0C">
        <w:rPr>
          <w:rFonts w:ascii="BIZ UDPゴシック" w:eastAsia="BIZ UDPゴシック" w:hAnsi="BIZ UDPゴシック"/>
          <w:sz w:val="22"/>
          <w:szCs w:val="22"/>
        </w:rPr>
        <w:t xml:space="preserve">　</w:t>
      </w:r>
      <w:proofErr w:type="spellStart"/>
      <w:r w:rsidRPr="00D06F0C">
        <w:rPr>
          <w:rFonts w:ascii="BIZ UDPゴシック" w:eastAsia="BIZ UDPゴシック" w:hAnsi="BIZ UDPゴシック"/>
          <w:sz w:val="22"/>
          <w:szCs w:val="22"/>
        </w:rPr>
        <w:t>事業者・連絡先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5E46F747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AE8504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事業者名（屋号）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31CB09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正式名称：　　　　　　　　　　　　　　　　　　　　　　　　　　　　　　</w:t>
            </w:r>
          </w:p>
        </w:tc>
      </w:tr>
      <w:tr w:rsidR="00A6527F" w:rsidRPr="00D06F0C" w14:paraId="5B5B7423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8944E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代表者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25DB51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役職：　　　　　　　　　　　　　　　氏名：　　　　　　　　　　　　　　　</w:t>
            </w:r>
          </w:p>
        </w:tc>
      </w:tr>
      <w:tr w:rsidR="00A6527F" w:rsidRPr="00D06F0C" w14:paraId="4A9B37A3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834804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所在地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6EB17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〒　　　　　　　　　　　　　　　　　　　　　　　　　　　　　　　　　</w:t>
            </w:r>
          </w:p>
        </w:tc>
      </w:tr>
      <w:tr w:rsidR="00A6527F" w:rsidRPr="00D06F0C" w14:paraId="15821CEF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B2498C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実務担当者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BC57D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所属・氏名：　　　　　　　　　　　　電話：　　　　　　　　　　　　　　　</w:t>
            </w:r>
          </w:p>
        </w:tc>
      </w:tr>
      <w:tr w:rsidR="00A6527F" w:rsidRPr="00D06F0C" w14:paraId="795B869B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9CCA2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メール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3FF0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　　　　　　　　　　　　　　　　　　　　　　　　　　　　　　　　</w:t>
            </w:r>
          </w:p>
        </w:tc>
      </w:tr>
      <w:tr w:rsidR="00A6527F" w:rsidRPr="00D06F0C" w14:paraId="120CC2E3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47EB0F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Web</w:t>
            </w: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・</w:t>
            </w: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SNS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1176F1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公式サイト：　　　　　　　　　　　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SNS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：　　　　　　　　　　　　　　　</w:t>
            </w:r>
          </w:p>
        </w:tc>
      </w:tr>
      <w:tr w:rsidR="00A6527F" w:rsidRPr="00D06F0C" w14:paraId="19EE2479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9D2EF2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適格請求書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1EC165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発行事業者（登録番号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T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　　　　　　）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免税事業者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未確認</w:t>
            </w:r>
          </w:p>
        </w:tc>
      </w:tr>
    </w:tbl>
    <w:p w14:paraId="5FF9F532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</w:rPr>
      </w:pPr>
    </w:p>
    <w:tbl>
      <w:tblPr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9977"/>
      </w:tblGrid>
      <w:tr w:rsidR="00A6527F" w:rsidRPr="00D06F0C" w14:paraId="2863B8DD" w14:textId="77777777">
        <w:trPr>
          <w:cantSplit/>
          <w:jc w:val="center"/>
        </w:trPr>
        <w:tc>
          <w:tcPr>
            <w:tcW w:w="9977" w:type="dxa"/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4064B2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個人情報は、商品掲載・取引・問い合わせ対応に必要な範囲で使用します。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EC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サイト上に表示する連絡先は、別途合意したものに限ります。</w:t>
            </w:r>
          </w:p>
        </w:tc>
      </w:tr>
    </w:tbl>
    <w:p w14:paraId="14B7B29B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7E4F9D13" w14:textId="6E279E98" w:rsidR="00A6527F" w:rsidRPr="009F2B13" w:rsidRDefault="00D06F0C" w:rsidP="00D06F0C">
      <w:pPr>
        <w:rPr>
          <w:rFonts w:ascii="BIZ UDPゴシック" w:eastAsia="BIZ UDPゴシック" w:hAnsi="BIZ UDPゴシック"/>
          <w:b/>
          <w:bCs/>
          <w:color w:val="002060"/>
          <w:sz w:val="22"/>
        </w:rPr>
      </w:pPr>
      <w:r w:rsidRPr="009F2B13">
        <w:rPr>
          <w:rFonts w:ascii="BIZ UDPゴシック" w:eastAsia="BIZ UDPゴシック" w:hAnsi="BIZ UDPゴシック" w:hint="eastAsia"/>
          <w:b/>
          <w:bCs/>
          <w:color w:val="002060"/>
          <w:sz w:val="22"/>
          <w:lang w:eastAsia="ja-JP"/>
        </w:rPr>
        <w:t>２</w:t>
      </w:r>
      <w:r w:rsidRPr="009F2B13">
        <w:rPr>
          <w:rFonts w:ascii="BIZ UDPゴシック" w:eastAsia="BIZ UDPゴシック" w:hAnsi="BIZ UDPゴシック"/>
          <w:b/>
          <w:bCs/>
          <w:color w:val="002060"/>
          <w:sz w:val="22"/>
        </w:rPr>
        <w:t xml:space="preserve">　</w:t>
      </w:r>
      <w:proofErr w:type="spellStart"/>
      <w:r w:rsidRPr="009F2B13">
        <w:rPr>
          <w:rFonts w:ascii="BIZ UDPゴシック" w:eastAsia="BIZ UDPゴシック" w:hAnsi="BIZ UDPゴシック"/>
          <w:b/>
          <w:bCs/>
          <w:color w:val="002060"/>
          <w:sz w:val="22"/>
        </w:rPr>
        <w:t>商品基本情報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30C1E93C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49DC5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商品名（正式名称）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96A19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　　　　　　　　　　　　　　　　　　　　　　　　　　　　　　　　</w:t>
            </w:r>
          </w:p>
        </w:tc>
      </w:tr>
      <w:tr w:rsidR="00A6527F" w:rsidRPr="00D06F0C" w14:paraId="56A7AAF1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1D724C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EC</w:t>
            </w: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掲載用商品名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B69CB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例：福知山産〇〇（品種名・内容量）　　　　　　　　　　　　　　　　　　</w:t>
            </w:r>
          </w:p>
        </w:tc>
      </w:tr>
      <w:tr w:rsidR="00A6527F" w:rsidRPr="00D06F0C" w14:paraId="332064DC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55C6E0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商品区分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BB6BB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農産物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加工食品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菓子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飲料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酒類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工芸品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その他（　　　）</w:t>
            </w:r>
          </w:p>
        </w:tc>
      </w:tr>
      <w:tr w:rsidR="00A6527F" w:rsidRPr="00D06F0C" w14:paraId="7A55B238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CA1ECA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JAN</w:t>
            </w: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コード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0C2789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　　　　　　　　　　　　　　　　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なし</w:t>
            </w:r>
          </w:p>
        </w:tc>
      </w:tr>
      <w:tr w:rsidR="00A6527F" w:rsidRPr="00D06F0C" w14:paraId="2A356A33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A30D7F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生産・製造者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49A46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名称：　　　　　　　　　　　　　　所在地：　　　　　　　　　　　　　　　</w:t>
            </w:r>
          </w:p>
        </w:tc>
      </w:tr>
      <w:tr w:rsidR="00A6527F" w:rsidRPr="00D06F0C" w14:paraId="27306B4B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37EB6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原産地・製造地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4E0C09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原産地：　　　　　　　　　　　　　製造地：　　　　　　　　　　　　　　　</w:t>
            </w:r>
          </w:p>
        </w:tc>
      </w:tr>
      <w:tr w:rsidR="00A6527F" w:rsidRPr="00D06F0C" w14:paraId="2584263A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90F4AA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内容量・規格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06DE1F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内容量：　　　　　　　サイズ・等級・入数等：　　　　　　　　　　　　　</w:t>
            </w:r>
          </w:p>
        </w:tc>
      </w:tr>
      <w:tr w:rsidR="00A6527F" w:rsidRPr="00D06F0C" w14:paraId="4CA4F826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BB462D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販売単位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8014A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□ 1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点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セット（　　　点）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重量単位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その他（　　　　　　　　　）</w:t>
            </w:r>
          </w:p>
        </w:tc>
      </w:tr>
      <w:tr w:rsidR="00A6527F" w:rsidRPr="00D06F0C" w14:paraId="6A50D676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D0AD75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商品サイズ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9B5D2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商品：縦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×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横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×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高さ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cm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／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重量　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g</w:t>
            </w:r>
          </w:p>
        </w:tc>
      </w:tr>
      <w:tr w:rsidR="00A6527F" w:rsidRPr="00D06F0C" w14:paraId="41E4355D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40696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梱包サイズ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18438C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梱包後：縦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×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横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×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高さ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cm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／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重量　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g</w:t>
            </w:r>
          </w:p>
        </w:tc>
      </w:tr>
      <w:tr w:rsidR="00D06F0C" w:rsidRPr="00D06F0C" w14:paraId="5DF19A89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356D2F" w14:textId="653E57FC" w:rsidR="00D06F0C" w:rsidRPr="00D06F0C" w:rsidRDefault="00D06F0C">
            <w:pPr>
              <w:spacing w:after="0" w:line="259" w:lineRule="auto"/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17365D"/>
                <w:sz w:val="22"/>
                <w:lang w:eastAsia="ja-JP"/>
              </w:rPr>
              <w:t>送料（税込み）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AA9A62" w14:textId="41FBE6CC" w:rsidR="00D06F0C" w:rsidRPr="00D06F0C" w:rsidRDefault="0013139C">
            <w:pPr>
              <w:spacing w:after="0" w:line="259" w:lineRule="auto"/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color w:val="666666"/>
                <w:sz w:val="22"/>
                <w:lang w:eastAsia="ja-JP"/>
              </w:rPr>
              <w:t>「個数ごと×着地ごと」で記載をお願いします。別紙で記載も可能です。</w:t>
            </w:r>
          </w:p>
        </w:tc>
      </w:tr>
    </w:tbl>
    <w:p w14:paraId="6AE01304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31465F50" w14:textId="4EC6A6DC" w:rsidR="00A6527F" w:rsidRPr="00D06F0C" w:rsidRDefault="00D06F0C">
      <w:pPr>
        <w:pStyle w:val="1"/>
        <w:rPr>
          <w:rFonts w:ascii="BIZ UDPゴシック" w:eastAsia="BIZ UDPゴシック" w:hAnsi="BIZ UDPゴシック"/>
          <w:sz w:val="22"/>
          <w:szCs w:val="22"/>
          <w:lang w:eastAsia="ja-JP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lastRenderedPageBreak/>
        <w:t>３</w:t>
      </w:r>
      <w:r w:rsidRPr="00D06F0C">
        <w:rPr>
          <w:rFonts w:ascii="BIZ UDPゴシック" w:eastAsia="BIZ UDPゴシック" w:hAnsi="BIZ UDPゴシック"/>
          <w:sz w:val="22"/>
          <w:szCs w:val="22"/>
          <w:lang w:eastAsia="ja-JP"/>
        </w:rPr>
        <w:t xml:space="preserve">　ECサイト掲載用原稿</w:t>
      </w:r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6C6E6894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C3586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キャッチコピ</w:t>
            </w:r>
            <w:proofErr w:type="spellEnd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ー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23472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目安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30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～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45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字。『誰が・どこで・どのように作ったか／商品の魅力』を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1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文で。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</w:p>
        </w:tc>
      </w:tr>
      <w:tr w:rsidR="00A6527F" w:rsidRPr="00D06F0C" w14:paraId="1FDEF9E1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AEF0CC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商品説明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58A5D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目安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250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～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500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字。下記の順に記載してください。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  <w:t>①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産地・生産者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②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旬・製造背景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③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味・食感・特徴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④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おすすめの食べ方・使い方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⑤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内容量・規格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⑥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保存・取扱上の注意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</w:p>
        </w:tc>
      </w:tr>
      <w:tr w:rsidR="00A6527F" w:rsidRPr="00D06F0C" w14:paraId="42C64593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24FF62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検索キーワード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6639DA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地域名、品種、用途、季節、贈答など（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5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～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10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語）：　　　　　　　　　　　</w:t>
            </w:r>
          </w:p>
        </w:tc>
      </w:tr>
    </w:tbl>
    <w:p w14:paraId="4B67E906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tbl>
      <w:tblPr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9977"/>
      </w:tblGrid>
      <w:tr w:rsidR="00A6527F" w:rsidRPr="00D06F0C" w14:paraId="3EB6A501" w14:textId="77777777">
        <w:trPr>
          <w:cantSplit/>
          <w:jc w:val="center"/>
        </w:trPr>
        <w:tc>
          <w:tcPr>
            <w:tcW w:w="9977" w:type="dxa"/>
            <w:shd w:val="clear" w:color="auto" w:fill="FDE9E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63761A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C00000"/>
                <w:sz w:val="22"/>
                <w:lang w:eastAsia="ja-JP"/>
              </w:rPr>
              <w:t>誤認を招く表現（根拠のない『日本一』『最高級』『無添加』等）や、医薬品的な効能・効果の表現は使用できません。客観的な数値・受賞歴等を記載する場合は、根拠資料も添付してください。</w:t>
            </w:r>
          </w:p>
        </w:tc>
      </w:tr>
    </w:tbl>
    <w:p w14:paraId="7A0B6ED7" w14:textId="2189533B" w:rsidR="00A6527F" w:rsidRPr="00D06F0C" w:rsidRDefault="00D06F0C">
      <w:pPr>
        <w:pStyle w:val="1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t>４</w:t>
      </w:r>
      <w:r w:rsidRPr="00D06F0C">
        <w:rPr>
          <w:rFonts w:ascii="BIZ UDPゴシック" w:eastAsia="BIZ UDPゴシック" w:hAnsi="BIZ UDPゴシック"/>
          <w:sz w:val="22"/>
          <w:szCs w:val="22"/>
        </w:rPr>
        <w:t xml:space="preserve">　</w:t>
      </w:r>
      <w:proofErr w:type="spellStart"/>
      <w:r w:rsidRPr="00D06F0C">
        <w:rPr>
          <w:rFonts w:ascii="BIZ UDPゴシック" w:eastAsia="BIZ UDPゴシック" w:hAnsi="BIZ UDPゴシック"/>
          <w:sz w:val="22"/>
          <w:szCs w:val="22"/>
        </w:rPr>
        <w:t>価格・取引条件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2B24EA3F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A81D7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希望販売価格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3A19C" w14:textId="77777777" w:rsidR="00A6527F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税込　　　　　　　　円　（税率：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□ 8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％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□ 10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％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proofErr w:type="spellStart"/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非課税</w:t>
            </w:r>
            <w:proofErr w:type="spellEnd"/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proofErr w:type="spellStart"/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未確認</w:t>
            </w:r>
            <w:proofErr w:type="spellEnd"/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）</w:t>
            </w:r>
          </w:p>
          <w:p w14:paraId="037E9BA0" w14:textId="1346E324" w:rsidR="006E5D3F" w:rsidRPr="00D06F0C" w:rsidRDefault="006E5D3F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>
              <w:rPr>
                <w:rFonts w:ascii="BIZ UDPゴシック" w:eastAsia="BIZ UDPゴシック" w:hAnsi="BIZ UDPゴシック" w:hint="eastAsia"/>
                <w:color w:val="666666"/>
                <w:sz w:val="22"/>
                <w:lang w:eastAsia="ja-JP"/>
              </w:rPr>
              <w:t>税別　　　　　　　　円</w:t>
            </w:r>
          </w:p>
        </w:tc>
      </w:tr>
      <w:tr w:rsidR="00A6527F" w:rsidRPr="00D06F0C" w14:paraId="07195756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7A6119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送料表示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EBBF5D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商品代金と別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送料込み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条件付き無料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未定</w:t>
            </w:r>
          </w:p>
        </w:tc>
      </w:tr>
      <w:tr w:rsidR="00A6527F" w:rsidRPr="00D06F0C" w14:paraId="32991832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383E2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最低発注数量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B55C0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　　　　　　　　　最大受注可能数（月／週）：　　　　　　　　　</w:t>
            </w:r>
          </w:p>
        </w:tc>
      </w:tr>
    </w:tbl>
    <w:p w14:paraId="10E1C7B9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40B7D01C" w14:textId="346B7D3F" w:rsidR="00A6527F" w:rsidRPr="00D06F0C" w:rsidRDefault="00D06F0C">
      <w:pPr>
        <w:pStyle w:val="1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t>５</w:t>
      </w:r>
      <w:r w:rsidRPr="00D06F0C">
        <w:rPr>
          <w:rFonts w:ascii="BIZ UDPゴシック" w:eastAsia="BIZ UDPゴシック" w:hAnsi="BIZ UDPゴシック"/>
          <w:sz w:val="22"/>
          <w:szCs w:val="22"/>
        </w:rPr>
        <w:t xml:space="preserve">　</w:t>
      </w:r>
      <w:proofErr w:type="spellStart"/>
      <w:r w:rsidRPr="00D06F0C">
        <w:rPr>
          <w:rFonts w:ascii="BIZ UDPゴシック" w:eastAsia="BIZ UDPゴシック" w:hAnsi="BIZ UDPゴシック"/>
          <w:sz w:val="22"/>
          <w:szCs w:val="22"/>
        </w:rPr>
        <w:t>在庫・受注・発送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6DAFAC1E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B79C15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販売期間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EBD0A2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通年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期間限定（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月～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月）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数量限定（　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個）</w:t>
            </w:r>
          </w:p>
        </w:tc>
      </w:tr>
      <w:tr w:rsidR="00A6527F" w:rsidRPr="00D06F0C" w14:paraId="615CBA8F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6AEFD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在庫連絡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80B99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在庫切れ・再入荷の連絡方法／頻度：　　　　　　　　　　　　　　　　　　</w:t>
            </w:r>
          </w:p>
        </w:tc>
      </w:tr>
      <w:tr w:rsidR="00A6527F" w:rsidRPr="00D06F0C" w14:paraId="52DBA706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0A598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配送温度帯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193A3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常温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冷蔵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冷凍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その他（　　　　　　　　　　　）</w:t>
            </w:r>
          </w:p>
        </w:tc>
      </w:tr>
      <w:tr w:rsidR="00A6527F" w:rsidRPr="00D06F0C" w14:paraId="04569F87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376D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発送目安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139C0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注文確定後　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営業日以内　／　発送不可曜日：　　　　　　　　　　　</w:t>
            </w:r>
          </w:p>
        </w:tc>
      </w:tr>
      <w:tr w:rsidR="00A6527F" w:rsidRPr="00D06F0C" w14:paraId="3F301EA0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24242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配送除外地域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8B39AA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なし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あり（　　　　　　　　　　　　　　　　　　　　　）</w:t>
            </w:r>
          </w:p>
        </w:tc>
      </w:tr>
    </w:tbl>
    <w:p w14:paraId="61A4895E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0036D463" w14:textId="2C623F23" w:rsidR="00A6527F" w:rsidRPr="00D06F0C" w:rsidRDefault="00192C4C">
      <w:pPr>
        <w:pStyle w:val="1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t>６</w:t>
      </w:r>
      <w:r w:rsidRPr="00D06F0C">
        <w:rPr>
          <w:rFonts w:ascii="BIZ UDPゴシック" w:eastAsia="BIZ UDPゴシック" w:hAnsi="BIZ UDPゴシック"/>
          <w:sz w:val="22"/>
          <w:szCs w:val="22"/>
        </w:rPr>
        <w:t xml:space="preserve">　</w:t>
      </w:r>
      <w:proofErr w:type="spellStart"/>
      <w:r w:rsidRPr="00D06F0C">
        <w:rPr>
          <w:rFonts w:ascii="BIZ UDPゴシック" w:eastAsia="BIZ UDPゴシック" w:hAnsi="BIZ UDPゴシック"/>
          <w:sz w:val="22"/>
          <w:szCs w:val="22"/>
        </w:rPr>
        <w:t>返品・事故対応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0312BFE4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7E8965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不良・破損時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69C0B5" w14:textId="0DE3EA59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代替品発送</w:t>
            </w:r>
          </w:p>
        </w:tc>
      </w:tr>
      <w:tr w:rsidR="00A6527F" w:rsidRPr="00D06F0C" w14:paraId="33DC0399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58430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購入者都合返品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103C09" w14:textId="1FFAF6D1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不可</w:t>
            </w:r>
          </w:p>
        </w:tc>
      </w:tr>
      <w:tr w:rsidR="00A6527F" w:rsidRPr="00D06F0C" w14:paraId="76A36C3A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2E594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緊急連絡先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AE2A8F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品質事故・回収時の担当者：　　　　　　　　　電話：　　　　　　　　　</w:t>
            </w:r>
          </w:p>
        </w:tc>
      </w:tr>
    </w:tbl>
    <w:p w14:paraId="56D2445C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0AD43BEE" w14:textId="42571221" w:rsidR="00A6527F" w:rsidRPr="00D06F0C" w:rsidRDefault="00192C4C">
      <w:pPr>
        <w:pStyle w:val="1"/>
        <w:rPr>
          <w:rFonts w:ascii="BIZ UDPゴシック" w:eastAsia="BIZ UDPゴシック" w:hAnsi="BIZ UDPゴシック"/>
          <w:sz w:val="22"/>
          <w:szCs w:val="22"/>
          <w:lang w:eastAsia="ja-JP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lastRenderedPageBreak/>
        <w:t>７</w:t>
      </w:r>
      <w:r w:rsidRPr="00D06F0C">
        <w:rPr>
          <w:rFonts w:ascii="BIZ UDPゴシック" w:eastAsia="BIZ UDPゴシック" w:hAnsi="BIZ UDPゴシック"/>
          <w:sz w:val="22"/>
          <w:szCs w:val="22"/>
          <w:lang w:eastAsia="ja-JP"/>
        </w:rPr>
        <w:t xml:space="preserve">　食品の場合の表示情報</w:t>
      </w:r>
    </w:p>
    <w:tbl>
      <w:tblPr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9977"/>
      </w:tblGrid>
      <w:tr w:rsidR="00A6527F" w:rsidRPr="00D06F0C" w14:paraId="5F296034" w14:textId="77777777">
        <w:trPr>
          <w:cantSplit/>
          <w:jc w:val="center"/>
        </w:trPr>
        <w:tc>
          <w:tcPr>
            <w:tcW w:w="9977" w:type="dxa"/>
            <w:shd w:val="clear" w:color="auto" w:fill="F3F6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0BCFA3" w14:textId="1BF82D4D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食品・飲料は、実際の商品ラベル（表裏）の写真または表示データを必ず添付してください。以下は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EC</w:t>
            </w:r>
            <w:r w:rsidRPr="00D06F0C">
              <w:rPr>
                <w:rFonts w:ascii="BIZ UDPゴシック" w:eastAsia="BIZ UDPゴシック" w:hAnsi="BIZ UDPゴシック"/>
                <w:color w:val="17365D"/>
                <w:sz w:val="22"/>
                <w:lang w:eastAsia="ja-JP"/>
              </w:rPr>
              <w:t>掲載・確認用です。該当しない商品は『該当なし』と記入してください。</w:t>
            </w:r>
          </w:p>
        </w:tc>
      </w:tr>
    </w:tbl>
    <w:p w14:paraId="515C8960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2B4A57D3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0F039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名称（食品表示</w:t>
            </w:r>
            <w:proofErr w:type="spellEnd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）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0977E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　　　　　　　　　　　　　　　　　　　　　　　　　　　　　　　　</w:t>
            </w:r>
          </w:p>
        </w:tc>
      </w:tr>
      <w:tr w:rsidR="00A6527F" w:rsidRPr="00D06F0C" w14:paraId="11E17816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18113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原材料名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5A5E5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添加物を含め、表示どおりに記載：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br/>
            </w:r>
          </w:p>
        </w:tc>
      </w:tr>
      <w:tr w:rsidR="00A6527F" w:rsidRPr="00D06F0C" w14:paraId="699EB175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C8A6F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アレルゲン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BAAD7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特定原材料等：　　　　　　　　　　　　　　　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なし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未確認</w:t>
            </w:r>
          </w:p>
        </w:tc>
      </w:tr>
      <w:tr w:rsidR="00A6527F" w:rsidRPr="00D06F0C" w14:paraId="198C68BC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0ACAEC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栄養成分表示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17650D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100g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／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1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個当たり等：　　　　　　　　　　　　　　　　　　　　　　　　</w:t>
            </w:r>
          </w:p>
        </w:tc>
      </w:tr>
      <w:tr w:rsidR="00A6527F" w:rsidRPr="00D06F0C" w14:paraId="40D5170B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9AB2F0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期限表示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CF7555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消費期限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賞味期限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該当なし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／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製造・出荷後　　　　　　日</w:t>
            </w:r>
          </w:p>
        </w:tc>
      </w:tr>
      <w:tr w:rsidR="00A6527F" w:rsidRPr="00D06F0C" w14:paraId="23D7A05F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E1E0A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保存方法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754B5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　　　　　　　　　　　　　　　　　　　　　　　　　　　　　　　　</w:t>
            </w:r>
          </w:p>
        </w:tc>
      </w:tr>
      <w:tr w:rsidR="00A6527F" w:rsidRPr="00D06F0C" w14:paraId="310B81B7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021AC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開封後の取扱い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889010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　　　　　　　　　　　　　　　　　　　　　　　　　　　　　　</w:t>
            </w:r>
          </w:p>
        </w:tc>
      </w:tr>
      <w:tr w:rsidR="00A6527F" w:rsidRPr="00D06F0C" w14:paraId="28D43C26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7C236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製造所・加工所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66B255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名称・所在地：　　　　　　　　　　　　　　　　　　　　　　　　　　　</w:t>
            </w:r>
          </w:p>
        </w:tc>
      </w:tr>
      <w:tr w:rsidR="00A6527F" w:rsidRPr="00D06F0C" w14:paraId="235B22D4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144C6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生鮮食品の表示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C3FA0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品種、産地、等級、重量変動等：　　　　　　　　　　　　　　　　　　　</w:t>
            </w:r>
          </w:p>
        </w:tc>
      </w:tr>
      <w:tr w:rsidR="00A6527F" w:rsidRPr="00D06F0C" w14:paraId="544A2F9D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8F023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許可・届出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41403D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営業許可・届出等の名称／番号／期限：　　　　　　　　　　　　　　　　　</w:t>
            </w:r>
          </w:p>
        </w:tc>
      </w:tr>
    </w:tbl>
    <w:p w14:paraId="3D117081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6115CFDD" w14:textId="113E36F5" w:rsidR="00A6527F" w:rsidRPr="00D06F0C" w:rsidRDefault="00192C4C">
      <w:pPr>
        <w:pStyle w:val="1"/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t>８</w:t>
      </w:r>
      <w:r w:rsidRPr="00D06F0C">
        <w:rPr>
          <w:rFonts w:ascii="BIZ UDPゴシック" w:eastAsia="BIZ UDPゴシック" w:hAnsi="BIZ UDPゴシック"/>
          <w:sz w:val="22"/>
          <w:szCs w:val="22"/>
        </w:rPr>
        <w:t xml:space="preserve">　</w:t>
      </w:r>
      <w:proofErr w:type="spellStart"/>
      <w:r w:rsidRPr="00D06F0C">
        <w:rPr>
          <w:rFonts w:ascii="BIZ UDPゴシック" w:eastAsia="BIZ UDPゴシック" w:hAnsi="BIZ UDPゴシック"/>
          <w:sz w:val="22"/>
          <w:szCs w:val="22"/>
        </w:rPr>
        <w:t>写真・画像データ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42ED2CF8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D44AAC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提出点数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4165DA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　　　点　（目安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3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～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5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点）</w:t>
            </w:r>
          </w:p>
        </w:tc>
      </w:tr>
      <w:tr w:rsidR="00A6527F" w:rsidRPr="00D06F0C" w14:paraId="5D5F693D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E2F89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必須写真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67922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商品単体（正面）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パッケージ表裏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サイズが分かる写真</w:t>
            </w:r>
          </w:p>
        </w:tc>
      </w:tr>
      <w:tr w:rsidR="00A6527F" w:rsidRPr="00D06F0C" w14:paraId="02C2CC70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553F6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推奨写真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6DF7A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使用・調理例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断面・質感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生産者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生産・製造風景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ギフト形態</w:t>
            </w:r>
          </w:p>
        </w:tc>
      </w:tr>
      <w:tr w:rsidR="00A6527F" w:rsidRPr="00D06F0C" w14:paraId="1B46808B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29A774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撮影・データ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09BA8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横位置推奨／明るい場所／背景を整理／元画像を提出（スクリーンショット不可）</w:t>
            </w:r>
          </w:p>
        </w:tc>
      </w:tr>
      <w:tr w:rsidR="00A6527F" w:rsidRPr="00D06F0C" w14:paraId="09C0FD16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BE0A18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ファイル名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963D7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例：事業者名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_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商品名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_01.jpg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※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写真と説明の対応が分かる名称にしてください</w:t>
            </w:r>
          </w:p>
        </w:tc>
      </w:tr>
    </w:tbl>
    <w:p w14:paraId="441C7A6D" w14:textId="1CA2DBE2" w:rsidR="00A6527F" w:rsidRPr="00D06F0C" w:rsidRDefault="00D526BC" w:rsidP="006E5D3F">
      <w:pPr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sz w:val="22"/>
          <w:lang w:eastAsia="ja-JP"/>
        </w:rPr>
        <w:br w:type="page"/>
      </w:r>
    </w:p>
    <w:p w14:paraId="139179A6" w14:textId="6D6A1748" w:rsidR="00A6527F" w:rsidRPr="00D06F0C" w:rsidRDefault="006E5D3F">
      <w:pPr>
        <w:pStyle w:val="1"/>
        <w:rPr>
          <w:rFonts w:ascii="BIZ UDPゴシック" w:eastAsia="BIZ UDPゴシック" w:hAnsi="BIZ UDPゴシック"/>
          <w:sz w:val="22"/>
          <w:szCs w:val="22"/>
          <w:lang w:eastAsia="ja-JP"/>
        </w:rPr>
      </w:pPr>
      <w:r>
        <w:rPr>
          <w:rFonts w:ascii="BIZ UDPゴシック" w:eastAsia="BIZ UDPゴシック" w:hAnsi="BIZ UDPゴシック" w:hint="eastAsia"/>
          <w:sz w:val="22"/>
          <w:szCs w:val="22"/>
          <w:lang w:eastAsia="ja-JP"/>
        </w:rPr>
        <w:lastRenderedPageBreak/>
        <w:t>９</w:t>
      </w:r>
      <w:r w:rsidRPr="00D06F0C">
        <w:rPr>
          <w:rFonts w:ascii="BIZ UDPゴシック" w:eastAsia="BIZ UDPゴシック" w:hAnsi="BIZ UDPゴシック"/>
          <w:sz w:val="22"/>
          <w:szCs w:val="22"/>
          <w:lang w:eastAsia="ja-JP"/>
        </w:rPr>
        <w:t xml:space="preserve">　確認・同意事項</w:t>
      </w:r>
    </w:p>
    <w:p w14:paraId="4EF484CF" w14:textId="77777777" w:rsidR="00A6527F" w:rsidRPr="00D06F0C" w:rsidRDefault="00D526BC">
      <w:pPr>
        <w:spacing w:after="60"/>
        <w:ind w:left="283" w:hanging="283"/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sz w:val="22"/>
          <w:lang w:eastAsia="ja-JP"/>
        </w:rPr>
        <w:t xml:space="preserve">□ 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記載内容および提出資料に虚偽がなく、必要な許認可・表示・権利処理を行っていること。</w:t>
      </w:r>
    </w:p>
    <w:p w14:paraId="1597D92F" w14:textId="2B1A403F" w:rsidR="00A6527F" w:rsidRPr="00D06F0C" w:rsidRDefault="00D526BC">
      <w:pPr>
        <w:spacing w:after="60"/>
        <w:ind w:left="283" w:hanging="283"/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sz w:val="22"/>
          <w:lang w:eastAsia="ja-JP"/>
        </w:rPr>
        <w:t xml:space="preserve">□ 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価格、在庫、仕様、期限、配送条件等に変更が生じた場合は、速やかに</w:t>
      </w:r>
      <w:r w:rsidR="0013139C">
        <w:rPr>
          <w:rFonts w:ascii="BIZ UDPゴシック" w:eastAsia="BIZ UDPゴシック" w:hAnsi="BIZ UDPゴシック" w:hint="eastAsia"/>
          <w:sz w:val="22"/>
          <w:lang w:eastAsia="ja-JP"/>
        </w:rPr>
        <w:t>地域振興社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へ連絡すること。</w:t>
      </w:r>
    </w:p>
    <w:p w14:paraId="7D73ADB2" w14:textId="77777777" w:rsidR="00A6527F" w:rsidRPr="00D06F0C" w:rsidRDefault="00D526BC">
      <w:pPr>
        <w:spacing w:after="60"/>
        <w:ind w:left="283" w:hanging="283"/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sz w:val="22"/>
          <w:lang w:eastAsia="ja-JP"/>
        </w:rPr>
        <w:t xml:space="preserve">□ 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掲載文・画像は、販売促進の目的で振興社が必要な範囲で編集・使用すること。</w:t>
      </w:r>
    </w:p>
    <w:p w14:paraId="59DB8CC2" w14:textId="65A4EA9C" w:rsidR="00A6527F" w:rsidRPr="00D06F0C" w:rsidRDefault="00D526BC">
      <w:pPr>
        <w:spacing w:after="60"/>
        <w:ind w:left="283" w:hanging="283"/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sz w:val="22"/>
          <w:lang w:eastAsia="ja-JP"/>
        </w:rPr>
        <w:t xml:space="preserve">□ 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掲載可否、掲載時期、掲載内容、販売条件は、</w:t>
      </w:r>
      <w:r w:rsidR="0013139C">
        <w:rPr>
          <w:rFonts w:ascii="BIZ UDPゴシック" w:eastAsia="BIZ UDPゴシック" w:hAnsi="BIZ UDPゴシック" w:hint="eastAsia"/>
          <w:sz w:val="22"/>
          <w:lang w:eastAsia="ja-JP"/>
        </w:rPr>
        <w:t>地域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振興社の審査・協議により決定すること。</w:t>
      </w:r>
    </w:p>
    <w:p w14:paraId="56B3DB7F" w14:textId="77777777" w:rsidR="00A6527F" w:rsidRPr="00D06F0C" w:rsidRDefault="00D526BC">
      <w:pPr>
        <w:spacing w:after="60"/>
        <w:ind w:left="283" w:hanging="283"/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sz w:val="22"/>
          <w:lang w:eastAsia="ja-JP"/>
        </w:rPr>
        <w:t xml:space="preserve">□ 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品質事故、表示誤り、権利侵害等が判明した場合は、販売停止・回収等に協力すること。</w:t>
      </w:r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2F42A117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F87BFD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事業者確認日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B9857A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令和　　　年　　　月　　　日</w:t>
            </w:r>
          </w:p>
        </w:tc>
      </w:tr>
      <w:tr w:rsidR="00A6527F" w:rsidRPr="00D06F0C" w14:paraId="68F88FB2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2ACE4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事業者確認者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8CC0B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役職：　　　　　　　　　　　　　　氏名：　　　　　　　　　　　　　　　</w:t>
            </w:r>
          </w:p>
        </w:tc>
      </w:tr>
    </w:tbl>
    <w:p w14:paraId="4682AD4B" w14:textId="77777777" w:rsidR="00016C7B" w:rsidRDefault="00016C7B" w:rsidP="00016C7B">
      <w:pPr>
        <w:spacing w:after="20"/>
        <w:rPr>
          <w:rFonts w:ascii="BIZ UDPゴシック" w:eastAsia="BIZ UDPゴシック" w:hAnsi="BIZ UDPゴシック"/>
          <w:b/>
          <w:bCs/>
          <w:sz w:val="22"/>
        </w:rPr>
      </w:pPr>
    </w:p>
    <w:p w14:paraId="4267F2FC" w14:textId="02E17FCE" w:rsidR="00016C7B" w:rsidRPr="00016C7B" w:rsidRDefault="00016C7B" w:rsidP="00016C7B">
      <w:pPr>
        <w:spacing w:after="20"/>
        <w:rPr>
          <w:rFonts w:ascii="BIZ UDPゴシック" w:eastAsia="BIZ UDPゴシック" w:hAnsi="BIZ UDPゴシック"/>
          <w:b/>
          <w:bCs/>
          <w:color w:val="1F497D" w:themeColor="text2"/>
          <w:sz w:val="22"/>
        </w:rPr>
      </w:pPr>
      <w:r w:rsidRPr="00016C7B">
        <w:rPr>
          <w:rFonts w:ascii="BIZ UDPゴシック" w:eastAsia="BIZ UDPゴシック" w:hAnsi="BIZ UDPゴシック" w:hint="eastAsia"/>
          <w:b/>
          <w:bCs/>
          <w:color w:val="1F497D" w:themeColor="text2"/>
          <w:sz w:val="22"/>
          <w:lang w:eastAsia="ja-JP"/>
        </w:rPr>
        <w:t>10</w:t>
      </w:r>
      <w:r w:rsidRPr="00016C7B">
        <w:rPr>
          <w:rFonts w:ascii="BIZ UDPゴシック" w:eastAsia="BIZ UDPゴシック" w:hAnsi="BIZ UDPゴシック"/>
          <w:b/>
          <w:bCs/>
          <w:color w:val="1F497D" w:themeColor="text2"/>
          <w:sz w:val="22"/>
        </w:rPr>
        <w:t xml:space="preserve">　</w:t>
      </w:r>
      <w:proofErr w:type="spellStart"/>
      <w:r w:rsidRPr="00016C7B">
        <w:rPr>
          <w:rFonts w:ascii="BIZ UDPゴシック" w:eastAsia="BIZ UDPゴシック" w:hAnsi="BIZ UDPゴシック"/>
          <w:b/>
          <w:bCs/>
          <w:color w:val="1F497D" w:themeColor="text2"/>
          <w:sz w:val="22"/>
        </w:rPr>
        <w:t>振込先口座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7540"/>
      </w:tblGrid>
      <w:tr w:rsidR="00016C7B" w:rsidRPr="00016C7B" w14:paraId="12BA937D" w14:textId="77777777" w:rsidTr="00FA7EC7">
        <w:trPr>
          <w:cantSplit/>
          <w:jc w:val="center"/>
        </w:trPr>
        <w:tc>
          <w:tcPr>
            <w:tcW w:w="2437" w:type="dxa"/>
            <w:shd w:val="clear" w:color="auto" w:fill="DCE6F1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8E19061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金融機関</w:t>
            </w:r>
            <w:proofErr w:type="spellEnd"/>
          </w:p>
        </w:tc>
        <w:tc>
          <w:tcPr>
            <w:tcW w:w="754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6CA31D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016C7B">
              <w:rPr>
                <w:rFonts w:ascii="BIZ UDPゴシック" w:eastAsia="BIZ UDPゴシック" w:hAnsi="BIZ UDPゴシック"/>
                <w:sz w:val="22"/>
                <w:lang w:eastAsia="ja-JP"/>
              </w:rPr>
              <w:t>名称：　　　　　　　　　　　　　銀行・金庫・組合・農協　コード：　　　　（4桁）</w:t>
            </w:r>
          </w:p>
        </w:tc>
      </w:tr>
      <w:tr w:rsidR="00016C7B" w:rsidRPr="00016C7B" w14:paraId="5C12C652" w14:textId="77777777" w:rsidTr="00FA7EC7">
        <w:trPr>
          <w:cantSplit/>
          <w:jc w:val="center"/>
        </w:trPr>
        <w:tc>
          <w:tcPr>
            <w:tcW w:w="2437" w:type="dxa"/>
            <w:shd w:val="clear" w:color="auto" w:fill="DCE6F1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AB8D0F1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本支店</w:t>
            </w:r>
            <w:proofErr w:type="spellEnd"/>
          </w:p>
        </w:tc>
        <w:tc>
          <w:tcPr>
            <w:tcW w:w="754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347FAC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016C7B">
              <w:rPr>
                <w:rFonts w:ascii="BIZ UDPゴシック" w:eastAsia="BIZ UDPゴシック" w:hAnsi="BIZ UDPゴシック"/>
                <w:sz w:val="22"/>
                <w:lang w:eastAsia="ja-JP"/>
              </w:rPr>
              <w:t>名称：　　　　　　　　　　　　　本店・支店・出張所　　　　コード：　　　　（3桁）</w:t>
            </w:r>
          </w:p>
        </w:tc>
      </w:tr>
      <w:tr w:rsidR="00016C7B" w:rsidRPr="00016C7B" w14:paraId="30796C55" w14:textId="77777777" w:rsidTr="00FA7EC7">
        <w:trPr>
          <w:cantSplit/>
          <w:jc w:val="center"/>
        </w:trPr>
        <w:tc>
          <w:tcPr>
            <w:tcW w:w="2437" w:type="dxa"/>
            <w:shd w:val="clear" w:color="auto" w:fill="DCE6F1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74F13A6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預金種別</w:t>
            </w:r>
            <w:proofErr w:type="spellEnd"/>
          </w:p>
        </w:tc>
        <w:tc>
          <w:tcPr>
            <w:tcW w:w="754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B1BBAC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016C7B">
              <w:rPr>
                <w:rFonts w:ascii="BIZ UDPゴシック" w:eastAsia="BIZ UDPゴシック" w:hAnsi="BIZ UDPゴシック"/>
                <w:sz w:val="22"/>
                <w:lang w:eastAsia="ja-JP"/>
              </w:rPr>
              <w:t>□ 普通　　□ 当座　　□ その他（　　　　　　　　　　　　）</w:t>
            </w:r>
          </w:p>
        </w:tc>
      </w:tr>
      <w:tr w:rsidR="00016C7B" w:rsidRPr="00016C7B" w14:paraId="41B89188" w14:textId="77777777" w:rsidTr="00FA7EC7">
        <w:trPr>
          <w:cantSplit/>
          <w:jc w:val="center"/>
        </w:trPr>
        <w:tc>
          <w:tcPr>
            <w:tcW w:w="2437" w:type="dxa"/>
            <w:shd w:val="clear" w:color="auto" w:fill="DCE6F1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3DD138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口座番号</w:t>
            </w:r>
            <w:proofErr w:type="spellEnd"/>
          </w:p>
        </w:tc>
        <w:tc>
          <w:tcPr>
            <w:tcW w:w="754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90311B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016C7B">
              <w:rPr>
                <w:rFonts w:ascii="BIZ UDPゴシック" w:eastAsia="BIZ UDPゴシック" w:hAnsi="BIZ UDPゴシック"/>
                <w:sz w:val="22"/>
                <w:lang w:eastAsia="ja-JP"/>
              </w:rPr>
              <w:t xml:space="preserve">　　　　　　　　　　　　　　　　　※右詰めで記入</w:t>
            </w:r>
          </w:p>
        </w:tc>
      </w:tr>
      <w:tr w:rsidR="00016C7B" w:rsidRPr="00016C7B" w14:paraId="3F69EF38" w14:textId="77777777" w:rsidTr="00FA7EC7">
        <w:trPr>
          <w:cantSplit/>
          <w:jc w:val="center"/>
        </w:trPr>
        <w:tc>
          <w:tcPr>
            <w:tcW w:w="2437" w:type="dxa"/>
            <w:shd w:val="clear" w:color="auto" w:fill="DCE6F1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B3D523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口座名義（漢字</w:t>
            </w:r>
            <w:proofErr w:type="spellEnd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）</w:t>
            </w:r>
          </w:p>
        </w:tc>
        <w:tc>
          <w:tcPr>
            <w:tcW w:w="754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E048B89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r w:rsidRPr="00016C7B">
              <w:rPr>
                <w:rFonts w:ascii="BIZ UDPゴシック" w:eastAsia="BIZ UDPゴシック" w:hAnsi="BIZ UDPゴシック"/>
                <w:sz w:val="22"/>
              </w:rPr>
              <w:t xml:space="preserve">　　　　　　　　　　　　　　　　　　　　　　　　　　　　　　　　</w:t>
            </w:r>
          </w:p>
        </w:tc>
      </w:tr>
      <w:tr w:rsidR="00016C7B" w:rsidRPr="00016C7B" w14:paraId="1AFA69F8" w14:textId="77777777" w:rsidTr="00FA7EC7">
        <w:trPr>
          <w:cantSplit/>
          <w:jc w:val="center"/>
        </w:trPr>
        <w:tc>
          <w:tcPr>
            <w:tcW w:w="2437" w:type="dxa"/>
            <w:shd w:val="clear" w:color="auto" w:fill="DCE6F1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0B1946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口座名義（カナ</w:t>
            </w:r>
            <w:proofErr w:type="spellEnd"/>
            <w:r w:rsidRPr="00016C7B">
              <w:rPr>
                <w:rFonts w:ascii="BIZ UDPゴシック" w:eastAsia="BIZ UDPゴシック" w:hAnsi="BIZ UDPゴシック"/>
                <w:b/>
                <w:sz w:val="22"/>
              </w:rPr>
              <w:t>）</w:t>
            </w:r>
          </w:p>
        </w:tc>
        <w:tc>
          <w:tcPr>
            <w:tcW w:w="7540" w:type="dxa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D57BC7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</w:rPr>
            </w:pPr>
            <w:r w:rsidRPr="00016C7B">
              <w:rPr>
                <w:rFonts w:ascii="BIZ UDPゴシック" w:eastAsia="BIZ UDPゴシック" w:hAnsi="BIZ UDPゴシック"/>
                <w:sz w:val="22"/>
              </w:rPr>
              <w:t xml:space="preserve">　　　　　　　　　　　　　　　　　　　　　　　　　　　　　　　　</w:t>
            </w:r>
          </w:p>
        </w:tc>
      </w:tr>
    </w:tbl>
    <w:p w14:paraId="13C01F7F" w14:textId="77777777" w:rsidR="00016C7B" w:rsidRPr="00016C7B" w:rsidRDefault="00016C7B" w:rsidP="00016C7B">
      <w:pPr>
        <w:spacing w:after="20"/>
        <w:rPr>
          <w:rFonts w:ascii="BIZ UDPゴシック" w:eastAsia="BIZ UDPゴシック" w:hAnsi="BIZ UDPゴシック"/>
          <w:sz w:val="22"/>
        </w:rPr>
      </w:pPr>
    </w:p>
    <w:tbl>
      <w:tblPr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9977"/>
      </w:tblGrid>
      <w:tr w:rsidR="00016C7B" w:rsidRPr="00016C7B" w14:paraId="2496054E" w14:textId="77777777" w:rsidTr="00FA7EC7">
        <w:trPr>
          <w:cantSplit/>
          <w:jc w:val="center"/>
        </w:trPr>
        <w:tc>
          <w:tcPr>
            <w:tcW w:w="9977" w:type="dxa"/>
            <w:shd w:val="clear" w:color="auto" w:fill="F3F6F9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84FACA" w14:textId="77777777" w:rsidR="00016C7B" w:rsidRPr="00016C7B" w:rsidRDefault="00016C7B" w:rsidP="00016C7B">
            <w:pPr>
              <w:spacing w:after="20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016C7B">
              <w:rPr>
                <w:rFonts w:ascii="BIZ UDPゴシック" w:eastAsia="BIZ UDPゴシック" w:hAnsi="BIZ UDPゴシック"/>
                <w:sz w:val="22"/>
                <w:lang w:eastAsia="ja-JP"/>
              </w:rPr>
              <w:t>口座名義（カナ）は、通帳・口座情報に記載された内容を正確にご記入ください。法人格の略称（カ）、ユ）等も登録どおりに記載してください。</w:t>
            </w:r>
          </w:p>
        </w:tc>
      </w:tr>
    </w:tbl>
    <w:p w14:paraId="2A5646B9" w14:textId="77777777" w:rsidR="00016C7B" w:rsidRPr="00016C7B" w:rsidRDefault="00016C7B" w:rsidP="00016C7B">
      <w:pPr>
        <w:spacing w:after="20"/>
        <w:rPr>
          <w:rFonts w:ascii="BIZ UDPゴシック" w:eastAsia="BIZ UDPゴシック" w:hAnsi="BIZ UDPゴシック"/>
          <w:sz w:val="22"/>
          <w:lang w:eastAsia="ja-JP"/>
        </w:rPr>
      </w:pPr>
    </w:p>
    <w:p w14:paraId="762EE39B" w14:textId="077F9720" w:rsidR="00A6527F" w:rsidRPr="00D06F0C" w:rsidRDefault="00D526BC">
      <w:pPr>
        <w:pStyle w:val="1"/>
        <w:rPr>
          <w:rFonts w:ascii="BIZ UDPゴシック" w:eastAsia="BIZ UDPゴシック" w:hAnsi="BIZ UDPゴシック"/>
          <w:sz w:val="22"/>
          <w:szCs w:val="22"/>
        </w:rPr>
      </w:pPr>
      <w:r w:rsidRPr="00D06F0C">
        <w:rPr>
          <w:rFonts w:ascii="BIZ UDPゴシック" w:eastAsia="BIZ UDPゴシック" w:hAnsi="BIZ UDPゴシック"/>
          <w:sz w:val="22"/>
          <w:szCs w:val="22"/>
        </w:rPr>
        <w:t>1</w:t>
      </w:r>
      <w:r w:rsidR="006E5D3F">
        <w:rPr>
          <w:rFonts w:ascii="BIZ UDPゴシック" w:eastAsia="BIZ UDPゴシック" w:hAnsi="BIZ UDPゴシック" w:hint="eastAsia"/>
          <w:sz w:val="22"/>
          <w:szCs w:val="22"/>
          <w:lang w:eastAsia="ja-JP"/>
        </w:rPr>
        <w:t>１</w:t>
      </w:r>
      <w:r w:rsidRPr="00D06F0C">
        <w:rPr>
          <w:rFonts w:ascii="BIZ UDPゴシック" w:eastAsia="BIZ UDPゴシック" w:hAnsi="BIZ UDPゴシック"/>
          <w:sz w:val="22"/>
          <w:szCs w:val="22"/>
        </w:rPr>
        <w:t xml:space="preserve">　</w:t>
      </w:r>
      <w:r w:rsidR="006E5D3F">
        <w:rPr>
          <w:rFonts w:ascii="BIZ UDPゴシック" w:eastAsia="BIZ UDPゴシック" w:hAnsi="BIZ UDPゴシック" w:hint="eastAsia"/>
          <w:sz w:val="22"/>
          <w:szCs w:val="22"/>
          <w:lang w:eastAsia="ja-JP"/>
        </w:rPr>
        <w:t>（一社）福知山地域振興社</w:t>
      </w:r>
      <w:proofErr w:type="spellStart"/>
      <w:r w:rsidRPr="00D06F0C">
        <w:rPr>
          <w:rFonts w:ascii="BIZ UDPゴシック" w:eastAsia="BIZ UDPゴシック" w:hAnsi="BIZ UDPゴシック"/>
          <w:sz w:val="22"/>
          <w:szCs w:val="22"/>
        </w:rPr>
        <w:t>使用欄</w:t>
      </w:r>
      <w:proofErr w:type="spellEnd"/>
    </w:p>
    <w:tbl>
      <w:tblPr>
        <w:tblStyle w:val="afe"/>
        <w:tblW w:w="9977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13"/>
      </w:tblGrid>
      <w:tr w:rsidR="00A6527F" w:rsidRPr="00D06F0C" w14:paraId="0EB8CB19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DEB5EE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受付日・担当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F658C9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受付：令和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年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月　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日　担当：　　　　　　　　　　　　　　　</w:t>
            </w:r>
          </w:p>
        </w:tc>
      </w:tr>
      <w:tr w:rsidR="00A6527F" w:rsidRPr="00D06F0C" w14:paraId="730BE9B3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543AC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審査結果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5F9CB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  <w:lang w:eastAsia="ja-JP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掲載可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条件付き掲載可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保留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  <w:lang w:eastAsia="ja-JP"/>
              </w:rPr>
              <w:t>掲載不可</w:t>
            </w:r>
          </w:p>
        </w:tc>
      </w:tr>
      <w:tr w:rsidR="00A6527F" w:rsidRPr="00D06F0C" w14:paraId="0109DFC2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117456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proofErr w:type="spellStart"/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確認事項</w:t>
            </w:r>
            <w:proofErr w:type="spellEnd"/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A8C7E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契約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□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掛率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税率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送料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在庫連携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表示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画像　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□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許認可</w:t>
            </w:r>
          </w:p>
        </w:tc>
      </w:tr>
      <w:tr w:rsidR="00A6527F" w:rsidRPr="00D06F0C" w14:paraId="15C8E367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D9CC19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掲載開始日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77C4E2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>令和　　　年　　　月　　　日　／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 </w:t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t xml:space="preserve">商品管理番号：　　　　　　　　　　　</w:t>
            </w:r>
          </w:p>
        </w:tc>
      </w:tr>
      <w:tr w:rsidR="00A6527F" w:rsidRPr="00D06F0C" w14:paraId="07156832" w14:textId="77777777">
        <w:trPr>
          <w:cantSplit/>
          <w:jc w:val="center"/>
        </w:trPr>
        <w:tc>
          <w:tcPr>
            <w:tcW w:w="2664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C89CF7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b/>
                <w:color w:val="17365D"/>
                <w:sz w:val="22"/>
              </w:rPr>
              <w:t>備考</w:t>
            </w:r>
          </w:p>
        </w:tc>
        <w:tc>
          <w:tcPr>
            <w:tcW w:w="731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3A928F" w14:textId="77777777" w:rsidR="00A6527F" w:rsidRPr="00D06F0C" w:rsidRDefault="00D526BC">
            <w:pPr>
              <w:spacing w:after="0" w:line="259" w:lineRule="auto"/>
              <w:rPr>
                <w:rFonts w:ascii="BIZ UDPゴシック" w:eastAsia="BIZ UDPゴシック" w:hAnsi="BIZ UDPゴシック"/>
                <w:sz w:val="22"/>
              </w:rPr>
            </w:pP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br/>
            </w:r>
            <w:r w:rsidRPr="00D06F0C">
              <w:rPr>
                <w:rFonts w:ascii="BIZ UDPゴシック" w:eastAsia="BIZ UDPゴシック" w:hAnsi="BIZ UDPゴシック"/>
                <w:color w:val="666666"/>
                <w:sz w:val="22"/>
              </w:rPr>
              <w:br/>
            </w:r>
          </w:p>
        </w:tc>
      </w:tr>
    </w:tbl>
    <w:p w14:paraId="5B4AFD63" w14:textId="77777777" w:rsidR="00A6527F" w:rsidRPr="00D06F0C" w:rsidRDefault="00A6527F">
      <w:pPr>
        <w:spacing w:after="20"/>
        <w:rPr>
          <w:rFonts w:ascii="BIZ UDPゴシック" w:eastAsia="BIZ UDPゴシック" w:hAnsi="BIZ UDPゴシック"/>
          <w:sz w:val="22"/>
        </w:rPr>
      </w:pPr>
    </w:p>
    <w:p w14:paraId="66E793C8" w14:textId="77777777" w:rsidR="00A6527F" w:rsidRPr="00D06F0C" w:rsidRDefault="00D526BC">
      <w:pPr>
        <w:pStyle w:val="21"/>
        <w:rPr>
          <w:rFonts w:ascii="BIZ UDPゴシック" w:eastAsia="BIZ UDPゴシック" w:hAnsi="BIZ UDPゴシック"/>
          <w:szCs w:val="22"/>
        </w:rPr>
      </w:pPr>
      <w:r w:rsidRPr="00D06F0C">
        <w:rPr>
          <w:rFonts w:ascii="BIZ UDPゴシック" w:eastAsia="BIZ UDPゴシック" w:hAnsi="BIZ UDPゴシック"/>
          <w:szCs w:val="22"/>
        </w:rPr>
        <w:t>提出先・問い合わせ</w:t>
      </w:r>
    </w:p>
    <w:p w14:paraId="5D1D512C" w14:textId="39F2CFD2" w:rsidR="00A6527F" w:rsidRPr="00192C4C" w:rsidRDefault="00D526BC">
      <w:pPr>
        <w:rPr>
          <w:rFonts w:ascii="BIZ UDPゴシック" w:eastAsia="BIZ UDPゴシック" w:hAnsi="BIZ UDPゴシック"/>
          <w:sz w:val="22"/>
          <w:lang w:eastAsia="ja-JP"/>
        </w:rPr>
      </w:pPr>
      <w:r w:rsidRPr="00D06F0C">
        <w:rPr>
          <w:rFonts w:ascii="BIZ UDPゴシック" w:eastAsia="BIZ UDPゴシック" w:hAnsi="BIZ UDPゴシック"/>
          <w:b/>
          <w:sz w:val="22"/>
          <w:lang w:eastAsia="ja-JP"/>
        </w:rPr>
        <w:t>一般社団法人</w:t>
      </w:r>
      <w:r w:rsidRPr="00D06F0C">
        <w:rPr>
          <w:rFonts w:ascii="BIZ UDPゴシック" w:eastAsia="BIZ UDPゴシック" w:hAnsi="BIZ UDPゴシック"/>
          <w:b/>
          <w:sz w:val="22"/>
          <w:lang w:eastAsia="ja-JP"/>
        </w:rPr>
        <w:t xml:space="preserve"> </w:t>
      </w:r>
      <w:r w:rsidRPr="00D06F0C">
        <w:rPr>
          <w:rFonts w:ascii="BIZ UDPゴシック" w:eastAsia="BIZ UDPゴシック" w:hAnsi="BIZ UDPゴシック"/>
          <w:b/>
          <w:sz w:val="22"/>
          <w:lang w:eastAsia="ja-JP"/>
        </w:rPr>
        <w:t>福知山地域振興社（福知山ちゃった</w:t>
      </w:r>
      <w:r w:rsidRPr="00D06F0C">
        <w:rPr>
          <w:rFonts w:ascii="BIZ UDPゴシック" w:eastAsia="BIZ UDPゴシック" w:hAnsi="BIZ UDPゴシック"/>
          <w:b/>
          <w:sz w:val="22"/>
          <w:lang w:eastAsia="ja-JP"/>
        </w:rPr>
        <w:t>EC</w:t>
      </w:r>
      <w:r w:rsidRPr="00D06F0C">
        <w:rPr>
          <w:rFonts w:ascii="BIZ UDPゴシック" w:eastAsia="BIZ UDPゴシック" w:hAnsi="BIZ UDPゴシック"/>
          <w:b/>
          <w:sz w:val="22"/>
          <w:lang w:eastAsia="ja-JP"/>
        </w:rPr>
        <w:t>サイト担当）</w:t>
      </w:r>
      <w:r w:rsidRPr="00D06F0C">
        <w:rPr>
          <w:rFonts w:ascii="BIZ UDPゴシック" w:eastAsia="BIZ UDPゴシック" w:hAnsi="BIZ UDPゴシック"/>
          <w:b/>
          <w:sz w:val="22"/>
          <w:lang w:eastAsia="ja-JP"/>
        </w:rPr>
        <w:br/>
      </w:r>
      <w:r w:rsidRPr="00D06F0C">
        <w:rPr>
          <w:rFonts w:ascii="BIZ UDPゴシック" w:eastAsia="BIZ UDPゴシック" w:hAnsi="BIZ UDPゴシック"/>
          <w:sz w:val="22"/>
          <w:lang w:eastAsia="ja-JP"/>
        </w:rPr>
        <w:t>メール：</w:t>
      </w:r>
      <w:r w:rsidR="006E5D3F">
        <w:rPr>
          <w:rFonts w:ascii="BIZ UDPゴシック" w:eastAsia="BIZ UDPゴシック" w:hAnsi="BIZ UDPゴシック" w:hint="eastAsia"/>
          <w:sz w:val="22"/>
          <w:lang w:eastAsia="ja-JP"/>
        </w:rPr>
        <w:t>fukuchiyamachiiki@gmaii.cim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 xml:space="preserve">　電話：</w:t>
      </w:r>
      <w:r w:rsidR="006E5D3F">
        <w:rPr>
          <w:rFonts w:ascii="BIZ UDPゴシック" w:eastAsia="BIZ UDPゴシック" w:hAnsi="BIZ UDPゴシック" w:hint="eastAsia"/>
          <w:sz w:val="22"/>
          <w:lang w:eastAsia="ja-JP"/>
        </w:rPr>
        <w:t>070-4225-5257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br/>
      </w:r>
      <w:r w:rsidRPr="00D06F0C">
        <w:rPr>
          <w:rFonts w:ascii="BIZ UDPゴシック" w:eastAsia="BIZ UDPゴシック" w:hAnsi="BIZ UDPゴシック"/>
          <w:sz w:val="22"/>
          <w:lang w:eastAsia="ja-JP"/>
        </w:rPr>
        <w:t>提出方法：本書（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Word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または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PDF</w:t>
      </w:r>
      <w:r w:rsidRPr="00D06F0C">
        <w:rPr>
          <w:rFonts w:ascii="BIZ UDPゴシック" w:eastAsia="BIZ UDPゴシック" w:hAnsi="BIZ UDPゴシック"/>
          <w:sz w:val="22"/>
          <w:lang w:eastAsia="ja-JP"/>
        </w:rPr>
        <w:t>）と</w:t>
      </w:r>
      <w:r w:rsidRPr="00192C4C">
        <w:rPr>
          <w:rFonts w:ascii="BIZ UDPゴシック" w:eastAsia="BIZ UDPゴシック" w:hAnsi="BIZ UDPゴシック"/>
          <w:sz w:val="22"/>
          <w:lang w:eastAsia="ja-JP"/>
        </w:rPr>
        <w:t>写真・添付資料を電子データで提出してください。</w:t>
      </w:r>
    </w:p>
    <w:sectPr w:rsidR="00A6527F" w:rsidRPr="00192C4C" w:rsidSect="00034616">
      <w:headerReference w:type="default" r:id="rId8"/>
      <w:footerReference w:type="default" r:id="rId9"/>
      <w:pgSz w:w="11906" w:h="16838"/>
      <w:pgMar w:top="850" w:right="964" w:bottom="850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29BD2" w14:textId="77777777" w:rsidR="00D526BC" w:rsidRDefault="00D526BC">
      <w:pPr>
        <w:spacing w:after="0" w:line="240" w:lineRule="auto"/>
      </w:pPr>
      <w:r>
        <w:separator/>
      </w:r>
    </w:p>
  </w:endnote>
  <w:endnote w:type="continuationSeparator" w:id="0">
    <w:p w14:paraId="1DF35A87" w14:textId="77777777" w:rsidR="00D526BC" w:rsidRDefault="00D52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JP Thin">
    <w:altName w:val="Malgun Gothic Semilight"/>
    <w:charset w:val="80"/>
    <w:family w:val="modern"/>
    <w:pitch w:val="variable"/>
    <w:sig w:usb0="00000000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58670" w14:textId="77777777" w:rsidR="00A6527F" w:rsidRDefault="00D526BC">
    <w:pPr>
      <w:pStyle w:val="a7"/>
      <w:jc w:val="center"/>
    </w:pPr>
    <w:proofErr w:type="spellStart"/>
    <w:r>
      <w:rPr>
        <w:color w:val="666666"/>
        <w:sz w:val="16"/>
      </w:rPr>
      <w:t>商品掲載依頼書（福知山市紹介商品用</w:t>
    </w:r>
    <w:proofErr w:type="spellEnd"/>
    <w:r>
      <w:rPr>
        <w:color w:val="666666"/>
        <w:sz w:val="16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56B98" w14:textId="77777777" w:rsidR="00D526BC" w:rsidRDefault="00D526BC">
      <w:pPr>
        <w:spacing w:after="0" w:line="240" w:lineRule="auto"/>
      </w:pPr>
      <w:r>
        <w:separator/>
      </w:r>
    </w:p>
  </w:footnote>
  <w:footnote w:type="continuationSeparator" w:id="0">
    <w:p w14:paraId="4F004A99" w14:textId="77777777" w:rsidR="00D526BC" w:rsidRDefault="00D52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171FB" w14:textId="77777777" w:rsidR="00A6527F" w:rsidRDefault="00D526BC">
    <w:pPr>
      <w:pStyle w:val="a5"/>
      <w:jc w:val="right"/>
      <w:rPr>
        <w:lang w:eastAsia="ja-JP"/>
      </w:rPr>
    </w:pPr>
    <w:r>
      <w:rPr>
        <w:color w:val="666666"/>
        <w:sz w:val="16"/>
        <w:lang w:eastAsia="ja-JP"/>
      </w:rPr>
      <w:t>一般社団法人</w:t>
    </w:r>
    <w:r>
      <w:rPr>
        <w:color w:val="666666"/>
        <w:sz w:val="16"/>
        <w:lang w:eastAsia="ja-JP"/>
      </w:rPr>
      <w:t xml:space="preserve"> </w:t>
    </w:r>
    <w:r>
      <w:rPr>
        <w:color w:val="666666"/>
        <w:sz w:val="16"/>
        <w:lang w:eastAsia="ja-JP"/>
      </w:rPr>
      <w:t>福知山地域振興社｜福知山ちゃった</w:t>
    </w:r>
    <w:r>
      <w:rPr>
        <w:color w:val="666666"/>
        <w:sz w:val="16"/>
        <w:lang w:eastAsia="ja-JP"/>
      </w:rPr>
      <w:t>EC</w:t>
    </w:r>
    <w:r>
      <w:rPr>
        <w:color w:val="666666"/>
        <w:sz w:val="16"/>
        <w:lang w:eastAsia="ja-JP"/>
      </w:rPr>
      <w:t>サイト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4007"/>
    <w:rsid w:val="00016C7B"/>
    <w:rsid w:val="00034616"/>
    <w:rsid w:val="0006063C"/>
    <w:rsid w:val="000804AA"/>
    <w:rsid w:val="0013139C"/>
    <w:rsid w:val="0015074B"/>
    <w:rsid w:val="00192C4C"/>
    <w:rsid w:val="0029639D"/>
    <w:rsid w:val="00326F90"/>
    <w:rsid w:val="0050295D"/>
    <w:rsid w:val="006E5D3F"/>
    <w:rsid w:val="008707EC"/>
    <w:rsid w:val="009F2B13"/>
    <w:rsid w:val="00A006AE"/>
    <w:rsid w:val="00A6527F"/>
    <w:rsid w:val="00AA1D8D"/>
    <w:rsid w:val="00B47730"/>
    <w:rsid w:val="00B8595A"/>
    <w:rsid w:val="00C12676"/>
    <w:rsid w:val="00CB0664"/>
    <w:rsid w:val="00D06F0C"/>
    <w:rsid w:val="00D526BC"/>
    <w:rsid w:val="00F435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C031F2"/>
  <w14:defaultImageDpi w14:val="300"/>
  <w15:docId w15:val="{470CC199-9EDC-443F-9D93-F706C7A1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Noto Sans JP Thin" w:eastAsia="Noto Sans JP Thin" w:hAnsi="Noto Sans JP Thin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7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75B5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17365D"/>
      <w:sz w:val="2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396FF1-857B-4D66-9B90-2E2C4A6FA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西野 肇</dc:creator>
  <cp:lastModifiedBy>fukadmin</cp:lastModifiedBy>
  <cp:revision>2</cp:revision>
  <dcterms:created xsi:type="dcterms:W3CDTF">2026-08-28T05:45:00Z</dcterms:created>
  <dcterms:modified xsi:type="dcterms:W3CDTF">2026-08-28T05:45:00Z</dcterms:modified>
</cp:coreProperties>
</file>